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자기평가서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소속 · 직무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평가 기간</w:t>
            </w:r>
          </w:p>
        </w:tc>
        <w:tc>
          <w:tcPr>
            <w:tcW w:type="dxa" w:w="2493"/>
          </w:tcPr>
          <w:p>
            <w:r>
              <w:t>20  .   .   ~ 20  .   .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작성일</w:t>
            </w:r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1. 핵심 성과 (2~4개 · 목표에 가까운 것부터)</w:t>
      </w:r>
    </w:p>
    <w:p>
      <w:pPr>
        <w:spacing w:after="40"/>
      </w:pPr>
      <w:r>
        <w:rPr>
          <w:i/>
          <w:color w:val="64748B"/>
          <w:sz w:val="18"/>
        </w:rPr>
        <w:t>한 줄 = 한 성과. 결과 칸에는 숫자 · 비교(전/후) · 단계 중 하나를 꼭 넣으세요.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목표 · 맡은 일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한 일 (내가 직접 한 것)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결과 (숫자 · 전후 비교)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의미 (팀 · 회사에 무엇이)</w:t>
            </w:r>
          </w:p>
        </w:tc>
      </w:tr>
      <w:tr>
        <w:trPr>
          <w:trHeight w:val="737"/>
        </w:trP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rPr>
          <w:trHeight w:val="737"/>
        </w:trP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rPr>
          <w:trHeight w:val="737"/>
        </w:trP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rPr>
          <w:trHeight w:val="737"/>
        </w:trP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2. 협업 · 기여</w:t>
      </w:r>
    </w:p>
    <w:p>
      <w:pPr>
        <w:spacing w:after="40"/>
      </w:pPr>
      <w:r>
        <w:rPr>
          <w:i/>
          <w:color w:val="64748B"/>
          <w:sz w:val="18"/>
        </w:rPr>
        <w:t>누구와 · 무엇을 도왔고 · 그 결과가 무엇이었는지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/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3. 아쉬운 점과 보완</w:t>
      </w:r>
    </w:p>
    <w:p>
      <w:pPr>
        <w:spacing w:after="40"/>
      </w:pPr>
      <w:r>
        <w:rPr>
          <w:i/>
          <w:color w:val="64748B"/>
          <w:sz w:val="18"/>
        </w:rPr>
        <w:t>사실 → 원인 → 이미 바꾼 것(또는 바꿀 것) 순서로. 변명보다 다음 행동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/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4. 내년 목표 · 필요한 지원</w:t>
      </w:r>
    </w:p>
    <w:p>
      <w:pPr>
        <w:spacing w:after="40"/>
      </w:pPr>
      <w:r>
        <w:rPr>
          <w:i/>
          <w:color w:val="64748B"/>
          <w:sz w:val="18"/>
        </w:rPr>
        <w:t>끝나는 모습으로 적고, 필요한 지원(교육 · 사람 · 권한)을 함께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/>
          </w:p>
        </w:tc>
      </w:tr>
    </w:tbl>
    <w:p>
      <w:pPr>
        <w:spacing w:before="160"/>
      </w:pPr>
      <w:r>
        <w:rPr>
          <w:color w:val="1D4ED8"/>
          <w:sz w:val="18"/>
        </w:rPr>
        <w:t>성과 몇 줄로 초안 만들기: plan2folio.com/tools/self-review (무료 · 가입 없이)</w:t>
      </w:r>
      <w:r>
        <w:br w:type="page"/>
      </w:r>
    </w:p>
    <w:p>
      <w:r>
        <w:rPr>
          <w:b/>
          <w:sz w:val="36"/>
        </w:rPr>
        <w:t>자기평가서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2493"/>
          </w:tcPr>
          <w:p>
            <w:r>
              <w:t>(가상 예시)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소속 · 직무</w:t>
            </w:r>
          </w:p>
        </w:tc>
        <w:tc>
          <w:tcPr>
            <w:tcW w:type="dxa" w:w="2493"/>
          </w:tcPr>
          <w:p>
            <w:r>
              <w:t>마케팅팀 · 퍼포먼스 마케팅</w:t>
            </w:r>
          </w:p>
        </w:tc>
      </w:tr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평가 기간</w:t>
            </w:r>
          </w:p>
        </w:tc>
        <w:tc>
          <w:tcPr>
            <w:tcW w:type="dxa" w:w="2493"/>
          </w:tcPr>
          <w:p>
            <w:r>
              <w:t>2026.01.01 ~ 2026.12.31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작성일</w:t>
            </w:r>
          </w:p>
        </w:tc>
        <w:tc>
          <w:tcPr>
            <w:tcW w:type="dxa" w:w="2493"/>
          </w:tcPr>
          <w:p>
            <w:r>
              <w:t>2026.12.10</w:t>
            </w:r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1. 핵심 성과 (2~4개 · 목표에 가까운 것부터)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목표 · 맡은 일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한 일 (내가 직접 한 것)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결과 (숫자 · 전후 비교)</w:t>
            </w:r>
          </w:p>
        </w:tc>
        <w:tc>
          <w:tcPr>
            <w:tcW w:type="dxa" w:w="2493"/>
            <w:shd w:val="clear" w:color="auto" w:fill="DBEAFE"/>
          </w:tcPr>
          <w:p>
            <w:r>
              <w:rPr>
                <w:b/>
              </w:rPr>
              <w:t>의미 (팀 · 회사에 무엇이)</w:t>
            </w:r>
          </w:p>
        </w:tc>
      </w:tr>
      <w:tr>
        <w:trPr>
          <w:trHeight w:val="737"/>
        </w:trPr>
        <w:tc>
          <w:tcPr>
            <w:tcW w:type="dxa" w:w="2493"/>
          </w:tcPr>
          <w:p>
            <w:r>
              <w:t>신규 고객 획득 비용 낮추기</w:t>
            </w:r>
          </w:p>
        </w:tc>
        <w:tc>
          <w:tcPr>
            <w:tcW w:type="dxa" w:w="2493"/>
          </w:tcPr>
          <w:p>
            <w:r>
              <w:t>채널별 전환 데이터를 정리해 광고 예산 30%를 검색 콘텐츠로 재배분</w:t>
            </w:r>
          </w:p>
        </w:tc>
        <w:tc>
          <w:tcPr>
            <w:tcW w:type="dxa" w:w="2493"/>
          </w:tcPr>
          <w:p>
            <w:r>
              <w:t>신규 고객 획득 비용 28% 감소(1분기 대비 4분기)</w:t>
            </w:r>
          </w:p>
        </w:tc>
        <w:tc>
          <w:tcPr>
            <w:tcW w:type="dxa" w:w="2493"/>
          </w:tcPr>
          <w:p>
            <w:r>
              <w:t>광고비 의존도를 낮춰 내년 예산 계획에 여유</w:t>
            </w:r>
          </w:p>
        </w:tc>
      </w:tr>
      <w:tr>
        <w:trPr>
          <w:trHeight w:val="737"/>
        </w:trPr>
        <w:tc>
          <w:tcPr>
            <w:tcW w:type="dxa" w:w="2493"/>
          </w:tcPr>
          <w:p>
            <w:r>
              <w:t>신청 페이지 개선</w:t>
            </w:r>
          </w:p>
        </w:tc>
        <w:tc>
          <w:tcPr>
            <w:tcW w:type="dxa" w:w="2493"/>
          </w:tcPr>
          <w:p>
            <w:r>
              <w:t>이탈 구간 분석 후 입력 항목 9개 → 5개로 축소, A/B 테스트 3회</w:t>
            </w:r>
          </w:p>
        </w:tc>
        <w:tc>
          <w:tcPr>
            <w:tcW w:type="dxa" w:w="2493"/>
          </w:tcPr>
          <w:p>
            <w:r>
              <w:t>신청 전환율 2.1% → 2.8%</w:t>
            </w:r>
          </w:p>
        </w:tc>
        <w:tc>
          <w:tcPr>
            <w:tcW w:type="dxa" w:w="2493"/>
          </w:tcPr>
          <w:p>
            <w:r>
              <w:t>같은 광고비로 신청 약 1.3배</w:t>
            </w:r>
          </w:p>
        </w:tc>
      </w:tr>
      <w:tr>
        <w:trPr>
          <w:trHeight w:val="737"/>
        </w:trPr>
        <w:tc>
          <w:tcPr>
            <w:tcW w:type="dxa" w:w="2493"/>
          </w:tcPr>
          <w:p>
            <w:r>
              <w:t>월간 리포트 자동화</w:t>
            </w:r>
          </w:p>
        </w:tc>
        <w:tc>
          <w:tcPr>
            <w:tcW w:type="dxa" w:w="2493"/>
          </w:tcPr>
          <w:p>
            <w:r>
              <w:t>수작업 집계를 대시보드로 옮기고 팀 공유 절차 문서화</w:t>
            </w:r>
          </w:p>
        </w:tc>
        <w:tc>
          <w:tcPr>
            <w:tcW w:type="dxa" w:w="2493"/>
          </w:tcPr>
          <w:p>
            <w:r>
              <w:t>월 리포트 작성 2일 → 반나절</w:t>
            </w:r>
          </w:p>
        </w:tc>
        <w:tc>
          <w:tcPr>
            <w:tcW w:type="dxa" w:w="2493"/>
          </w:tcPr>
          <w:p>
            <w:r>
              <w:t>팀이 분석 · 실험에 쓰는 시간 확보</w:t>
            </w:r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2. 협업 · 기여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>
              <w:t>영업팀과 리드 품질 기준을 함께 정해(분기 1회 점검) 영업 이관 뒤 계약 전환율을 같이 추적했습니다. 신규 입사자 2명의 광고 계정 운영 온보딩을 맡았습니다.</w:t>
            </w:r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3. 아쉬운 점과 보완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>
              <w:t>상반기 소재 테스트가 한 번에 너무 많은 변수를 바꿔 결론을 못 낸 적이 두 번 있었습니다. 하반기부터는 테스트마다 바꾸는 요소를 하나로 제한하고, 시작 전에 판단 기준을 적어 두고 있습니다.</w:t>
            </w:r>
          </w:p>
        </w:tc>
      </w:tr>
    </w:tbl>
    <w:p>
      <w:pPr>
        <w:spacing w:before="160" w:after="40"/>
      </w:pPr>
      <w:r>
        <w:rPr>
          <w:b/>
          <w:color w:val="1E3A8A"/>
          <w:sz w:val="24"/>
        </w:rPr>
        <w:t>4. 내년 목표 · 필요한 지원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1077"/>
        </w:trPr>
        <w:tc>
          <w:tcPr>
            <w:tcW w:type="dxa" w:w="9972"/>
          </w:tcPr>
          <w:p>
            <w:r>
              <w:t>재구매 고객 비중 20% → 25%(CRM 메시지 실험 분기 2회). 이를 위해 CRM 도구 교육과 개발팀 지원(주 반나절)이 필요합니다.</w:t>
            </w:r>
          </w:p>
        </w:tc>
      </w:tr>
    </w:tbl>
    <w:p>
      <w:pPr>
        <w:spacing w:before="160"/>
      </w:pPr>
      <w:r>
        <w:rPr>
          <w:color w:val="1D4ED8"/>
          <w:sz w:val="18"/>
        </w:rPr>
        <w:t>성과 몇 줄로 초안 만들기: plan2folio.com/tools/self-review (무료 · 가입 없이)</w:t>
      </w:r>
    </w:p>
    <w:p>
      <w:pPr>
        <w:spacing w:after="40"/>
      </w:pPr>
      <w:r>
        <w:rPr>
          <w:i/>
          <w:color w:val="64748B"/>
          <w:sz w:val="18"/>
        </w:rPr>
        <w:t>※ 이 쪽의 회사 · 숫자는 모두 가상의 예시입니다.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